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7098030" cy="105791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10579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0" w:h="16820"/>
          <w:pgMar w:top="0" w:right="332" w:bottom="16" w:left="37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7082790" cy="105791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10579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0" w:h="16820"/>
          <w:pgMar w:top="0" w:right="346" w:bottom="16" w:left="38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7158990" cy="105791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10579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0" w:h="16820"/>
          <w:pgMar w:top="0" w:right="286" w:bottom="16" w:left="3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7189470" cy="105791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105791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1900" w:h="16820"/>
      <w:pgMar w:top="0" w:right="268" w:bottom="16" w:left="29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